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E7035" w14:textId="77777777" w:rsidR="00754C5E" w:rsidRDefault="00A93915">
      <w:pPr>
        <w:jc w:val="center"/>
      </w:pPr>
      <w:r>
        <w:rPr>
          <w:b/>
          <w:sz w:val="28"/>
        </w:rPr>
        <w:t xml:space="preserve">AUTORIZACIÓN DE </w:t>
      </w:r>
      <w:r w:rsidR="00BB790D">
        <w:rPr>
          <w:b/>
          <w:sz w:val="28"/>
        </w:rPr>
        <w:t>ACTIVIDAD</w:t>
      </w:r>
      <w:r>
        <w:rPr>
          <w:b/>
          <w:sz w:val="28"/>
        </w:rPr>
        <w:t xml:space="preserve"> PARA MENORES</w:t>
      </w:r>
    </w:p>
    <w:p w14:paraId="75838F8C" w14:textId="77777777" w:rsidR="00754C5E" w:rsidRDefault="00754C5E"/>
    <w:p w14:paraId="5326D615" w14:textId="77777777" w:rsidR="00754C5E" w:rsidRDefault="00754C5E"/>
    <w:p w14:paraId="13EFD6F2" w14:textId="77777777" w:rsidR="00754C5E" w:rsidRDefault="00A93915">
      <w:r>
        <w:rPr>
          <w:b/>
        </w:rPr>
        <w:t xml:space="preserve">DATOS DEL MENOR QUE </w:t>
      </w:r>
      <w:r w:rsidR="00BB790D">
        <w:rPr>
          <w:b/>
        </w:rPr>
        <w:t>PARTICIPA EN LA ACTIVIDAD</w:t>
      </w:r>
    </w:p>
    <w:p w14:paraId="7315CA4B" w14:textId="77777777" w:rsidR="00754C5E" w:rsidRDefault="00A93915">
      <w:r>
        <w:rPr>
          <w:sz w:val="20"/>
        </w:rPr>
        <w:t>Nombre y apellidos: ___________________________________________________________</w:t>
      </w:r>
    </w:p>
    <w:p w14:paraId="25FE8AEC" w14:textId="77777777" w:rsidR="00754C5E" w:rsidRDefault="00A93915">
      <w:r>
        <w:rPr>
          <w:sz w:val="20"/>
        </w:rPr>
        <w:t>Fecha de nacimiento: _____________________  Lugar de nacimiento: ____________________</w:t>
      </w:r>
    </w:p>
    <w:p w14:paraId="312433F6" w14:textId="77777777" w:rsidR="00754C5E" w:rsidRDefault="00A93915">
      <w:r>
        <w:rPr>
          <w:sz w:val="20"/>
        </w:rPr>
        <w:t xml:space="preserve">Nacionalidad: </w:t>
      </w:r>
      <w:r>
        <w:rPr>
          <w:sz w:val="20"/>
        </w:rPr>
        <w:t>_________________________  DNI/NIE/Pasaporte: _______________________</w:t>
      </w:r>
    </w:p>
    <w:p w14:paraId="54EA2EFF" w14:textId="77777777" w:rsidR="00754C5E" w:rsidRDefault="00A93915">
      <w:r>
        <w:rPr>
          <w:sz w:val="20"/>
        </w:rPr>
        <w:t>Domicilio: ___________________________________________________________</w:t>
      </w:r>
    </w:p>
    <w:p w14:paraId="3719C32E" w14:textId="77777777" w:rsidR="00754C5E" w:rsidRDefault="00A93915">
      <w:r>
        <w:rPr>
          <w:sz w:val="20"/>
        </w:rPr>
        <w:t>Localidad: ____________________________  Provincia: _______________________________</w:t>
      </w:r>
    </w:p>
    <w:p w14:paraId="72618DAE" w14:textId="77777777" w:rsidR="00754C5E" w:rsidRDefault="00754C5E"/>
    <w:p w14:paraId="2385417A" w14:textId="77777777" w:rsidR="00754C5E" w:rsidRDefault="00A93915">
      <w:r>
        <w:rPr>
          <w:b/>
        </w:rPr>
        <w:t>DATOS DE QUIEN AUTORIZA (PADRE</w:t>
      </w:r>
      <w:r>
        <w:rPr>
          <w:b/>
        </w:rPr>
        <w:t>, MADRE O TUTOR LEGAL)</w:t>
      </w:r>
    </w:p>
    <w:p w14:paraId="4A2DA323" w14:textId="77777777" w:rsidR="00754C5E" w:rsidRDefault="00A93915">
      <w:r>
        <w:rPr>
          <w:sz w:val="20"/>
        </w:rPr>
        <w:t>Nombre y apellidos: ___________________________________________________________</w:t>
      </w:r>
    </w:p>
    <w:p w14:paraId="53D849EF" w14:textId="77777777" w:rsidR="00754C5E" w:rsidRDefault="00A93915">
      <w:r>
        <w:rPr>
          <w:sz w:val="20"/>
        </w:rPr>
        <w:t>DNI/NIE/Pasaporte: _____________________  Parentesco: ____________________________</w:t>
      </w:r>
    </w:p>
    <w:p w14:paraId="2B9935F5" w14:textId="77777777" w:rsidR="00754C5E" w:rsidRDefault="00A93915">
      <w:r>
        <w:rPr>
          <w:sz w:val="20"/>
        </w:rPr>
        <w:t>Domicilio: ___________________________________________________________</w:t>
      </w:r>
    </w:p>
    <w:p w14:paraId="2FB7D391" w14:textId="77777777" w:rsidR="00754C5E" w:rsidRDefault="00A93915">
      <w:r>
        <w:rPr>
          <w:sz w:val="20"/>
        </w:rPr>
        <w:t>Localidad: ____________________________  Provincia: _______________________________</w:t>
      </w:r>
    </w:p>
    <w:p w14:paraId="3A3C3A2B" w14:textId="77777777" w:rsidR="00754C5E" w:rsidRDefault="00A93915">
      <w:r>
        <w:rPr>
          <w:sz w:val="20"/>
        </w:rPr>
        <w:t>Teléfono de contacto: ___________________________________________________________</w:t>
      </w:r>
    </w:p>
    <w:p w14:paraId="33904AF4" w14:textId="77777777" w:rsidR="00754C5E" w:rsidRDefault="00754C5E"/>
    <w:p w14:paraId="4198497C" w14:textId="77777777" w:rsidR="00754C5E" w:rsidRDefault="00A93915">
      <w:r>
        <w:rPr>
          <w:b/>
        </w:rPr>
        <w:t>DATOS DEL ACOMPAÑANTE (SI VIAJA EN COMPAÑÍA DE UN ADULTO DISTINTO DE LOS PADRES O TUTORE</w:t>
      </w:r>
      <w:r>
        <w:rPr>
          <w:b/>
        </w:rPr>
        <w:t>S)</w:t>
      </w:r>
    </w:p>
    <w:p w14:paraId="0A47E188" w14:textId="77777777" w:rsidR="00754C5E" w:rsidRDefault="00A93915">
      <w:r>
        <w:rPr>
          <w:sz w:val="20"/>
        </w:rPr>
        <w:t>Nombre y apellidos: ___________________________________________________________</w:t>
      </w:r>
    </w:p>
    <w:p w14:paraId="02A3DCD3" w14:textId="77777777" w:rsidR="00754C5E" w:rsidRDefault="00A93915">
      <w:r>
        <w:rPr>
          <w:sz w:val="20"/>
        </w:rPr>
        <w:t>DNI/NIE/Pasaporte: _____________________  Parentesco o relación: __________________</w:t>
      </w:r>
    </w:p>
    <w:p w14:paraId="635B49E4" w14:textId="77777777" w:rsidR="00754C5E" w:rsidRDefault="00A93915">
      <w:r>
        <w:rPr>
          <w:sz w:val="20"/>
        </w:rPr>
        <w:t>Domicilio: ___________________________________________________________</w:t>
      </w:r>
    </w:p>
    <w:p w14:paraId="402E955C" w14:textId="77777777" w:rsidR="00754C5E" w:rsidRDefault="00A93915">
      <w:r>
        <w:rPr>
          <w:sz w:val="20"/>
        </w:rPr>
        <w:t>Teléfono de contac</w:t>
      </w:r>
      <w:r>
        <w:rPr>
          <w:sz w:val="20"/>
        </w:rPr>
        <w:t>to: ___________________________________________________________</w:t>
      </w:r>
    </w:p>
    <w:p w14:paraId="5624B99F" w14:textId="77777777" w:rsidR="00754C5E" w:rsidRDefault="00754C5E"/>
    <w:p w14:paraId="59F1E260" w14:textId="77777777" w:rsidR="00754C5E" w:rsidRDefault="00A93915">
      <w:r>
        <w:rPr>
          <w:b/>
        </w:rPr>
        <w:t>DATOS DE</w:t>
      </w:r>
      <w:r w:rsidR="00BB790D">
        <w:rPr>
          <w:b/>
        </w:rPr>
        <w:t xml:space="preserve"> LA ACTIVIDAD</w:t>
      </w:r>
    </w:p>
    <w:p w14:paraId="2F866002" w14:textId="77777777" w:rsidR="00754C5E" w:rsidRDefault="00A93915">
      <w:r>
        <w:rPr>
          <w:sz w:val="20"/>
        </w:rPr>
        <w:t>Lugar de destino: ___________________________________________________________</w:t>
      </w:r>
    </w:p>
    <w:p w14:paraId="511DEC1D" w14:textId="77777777" w:rsidR="00754C5E" w:rsidRDefault="00A93915">
      <w:r>
        <w:rPr>
          <w:sz w:val="20"/>
        </w:rPr>
        <w:t>País: __________________________________</w:t>
      </w:r>
    </w:p>
    <w:p w14:paraId="03F80801" w14:textId="77777777" w:rsidR="00754C5E" w:rsidRDefault="00A93915">
      <w:r>
        <w:rPr>
          <w:sz w:val="20"/>
        </w:rPr>
        <w:t>Motivo del viaje: ______________________________________</w:t>
      </w:r>
      <w:r>
        <w:rPr>
          <w:sz w:val="20"/>
        </w:rPr>
        <w:t>_____________________</w:t>
      </w:r>
    </w:p>
    <w:p w14:paraId="5D57BE51" w14:textId="77777777" w:rsidR="00754C5E" w:rsidRDefault="00A93915">
      <w:r>
        <w:rPr>
          <w:sz w:val="20"/>
        </w:rPr>
        <w:t>Fecha de salida: ______________________</w:t>
      </w:r>
      <w:proofErr w:type="gramStart"/>
      <w:r>
        <w:rPr>
          <w:sz w:val="20"/>
        </w:rPr>
        <w:t xml:space="preserve">_  </w:t>
      </w:r>
      <w:proofErr w:type="spellStart"/>
      <w:r>
        <w:rPr>
          <w:sz w:val="20"/>
        </w:rPr>
        <w:t>Fecha</w:t>
      </w:r>
      <w:proofErr w:type="spellEnd"/>
      <w:proofErr w:type="gramEnd"/>
      <w:r>
        <w:rPr>
          <w:sz w:val="20"/>
        </w:rPr>
        <w:t xml:space="preserve"> de </w:t>
      </w:r>
      <w:proofErr w:type="spellStart"/>
      <w:r>
        <w:rPr>
          <w:sz w:val="20"/>
        </w:rPr>
        <w:t>regreso</w:t>
      </w:r>
      <w:proofErr w:type="spellEnd"/>
      <w:r>
        <w:rPr>
          <w:sz w:val="20"/>
        </w:rPr>
        <w:t>: _______________________</w:t>
      </w:r>
    </w:p>
    <w:p w14:paraId="0A2D0CDC" w14:textId="77777777" w:rsidR="00754C5E" w:rsidRDefault="00A93915">
      <w:r>
        <w:rPr>
          <w:b/>
        </w:rPr>
        <w:lastRenderedPageBreak/>
        <w:t>DECLARACIÓN</w:t>
      </w:r>
    </w:p>
    <w:p w14:paraId="7D5308D1" w14:textId="77777777" w:rsidR="00754C5E" w:rsidRDefault="00A93915">
      <w:r>
        <w:rPr>
          <w:sz w:val="20"/>
        </w:rPr>
        <w:t xml:space="preserve">El abajo firmante autoriza expresamente al menor </w:t>
      </w:r>
      <w:r>
        <w:rPr>
          <w:sz w:val="20"/>
        </w:rPr>
        <w:t xml:space="preserve">identificado anteriormente a viajar al destino indicado, solo o en compañía de la persona que se especifica, durante las fechas señaladas. Así mismo, manifiesta que no existe impedimento legal alguno para la </w:t>
      </w:r>
      <w:proofErr w:type="spellStart"/>
      <w:r>
        <w:rPr>
          <w:sz w:val="20"/>
        </w:rPr>
        <w:t>realización</w:t>
      </w:r>
      <w:proofErr w:type="spellEnd"/>
      <w:r>
        <w:rPr>
          <w:sz w:val="20"/>
        </w:rPr>
        <w:t xml:space="preserve"> de </w:t>
      </w:r>
      <w:r w:rsidR="00BB790D">
        <w:rPr>
          <w:sz w:val="20"/>
        </w:rPr>
        <w:t xml:space="preserve">la </w:t>
      </w:r>
      <w:proofErr w:type="spellStart"/>
      <w:r w:rsidR="00BB790D">
        <w:rPr>
          <w:sz w:val="20"/>
        </w:rPr>
        <w:t>actividad</w:t>
      </w:r>
      <w:proofErr w:type="spellEnd"/>
      <w:r w:rsidR="00BB790D">
        <w:rPr>
          <w:sz w:val="20"/>
        </w:rPr>
        <w:t>.</w:t>
      </w:r>
    </w:p>
    <w:p w14:paraId="75864344" w14:textId="77777777" w:rsidR="00754C5E" w:rsidRDefault="00A93915">
      <w:r>
        <w:rPr>
          <w:sz w:val="20"/>
        </w:rPr>
        <w:t xml:space="preserve">Esta autorización se </w:t>
      </w:r>
      <w:r>
        <w:rPr>
          <w:sz w:val="20"/>
        </w:rPr>
        <w:t>expide a los efectos oportunos y para que surta los efectos legales oportunos ante las autoridades que lo requieran.</w:t>
      </w:r>
    </w:p>
    <w:p w14:paraId="3ACF85F5" w14:textId="77777777" w:rsidR="00754C5E" w:rsidRDefault="00754C5E"/>
    <w:p w14:paraId="4652E464" w14:textId="77777777" w:rsidR="00754C5E" w:rsidRDefault="00754C5E"/>
    <w:p w14:paraId="7510A8BE" w14:textId="77777777" w:rsidR="00754C5E" w:rsidRDefault="00A93915">
      <w:r>
        <w:rPr>
          <w:sz w:val="20"/>
        </w:rPr>
        <w:t>Firma: _______________________________</w:t>
      </w:r>
    </w:p>
    <w:p w14:paraId="1B2667C1" w14:textId="77777777" w:rsidR="00754C5E" w:rsidRDefault="00754C5E"/>
    <w:p w14:paraId="2B670BCA" w14:textId="77777777" w:rsidR="00754C5E" w:rsidRDefault="00A93915">
      <w:r>
        <w:rPr>
          <w:sz w:val="20"/>
        </w:rPr>
        <w:t>Nombre y apellidos: _______________________________</w:t>
      </w:r>
    </w:p>
    <w:p w14:paraId="2B3C1276" w14:textId="77777777" w:rsidR="00754C5E" w:rsidRDefault="00754C5E"/>
    <w:p w14:paraId="3A9CF6AF" w14:textId="77777777" w:rsidR="00754C5E" w:rsidRDefault="00754C5E"/>
    <w:p w14:paraId="32B06BCB" w14:textId="77777777" w:rsidR="00754C5E" w:rsidRDefault="00A93915">
      <w:r>
        <w:rPr>
          <w:sz w:val="20"/>
        </w:rPr>
        <w:t>Sello y firma de la autoridad/policía (si c</w:t>
      </w:r>
      <w:r>
        <w:rPr>
          <w:sz w:val="20"/>
        </w:rPr>
        <w:t>orresponde): _______________________________</w:t>
      </w:r>
    </w:p>
    <w:p w14:paraId="35242AE1" w14:textId="77777777" w:rsidR="00754C5E" w:rsidRDefault="00754C5E"/>
    <w:p w14:paraId="478DD54D" w14:textId="77777777" w:rsidR="00BB790D" w:rsidRDefault="00BB790D" w:rsidP="00BB790D">
      <w:pPr>
        <w:jc w:val="center"/>
      </w:pPr>
    </w:p>
    <w:p w14:paraId="273CC377" w14:textId="77777777" w:rsidR="00BB790D" w:rsidRDefault="00BB790D" w:rsidP="00BB790D">
      <w:pPr>
        <w:jc w:val="center"/>
        <w:rPr>
          <w:color w:val="555555"/>
          <w:sz w:val="24"/>
        </w:rPr>
      </w:pPr>
    </w:p>
    <w:p w14:paraId="6123738F" w14:textId="77777777" w:rsidR="00BB790D" w:rsidRDefault="00BB790D" w:rsidP="00BB790D">
      <w:pPr>
        <w:jc w:val="center"/>
        <w:rPr>
          <w:color w:val="555555"/>
          <w:sz w:val="24"/>
        </w:rPr>
      </w:pPr>
    </w:p>
    <w:p w14:paraId="28153228" w14:textId="77777777" w:rsidR="00BB790D" w:rsidRDefault="00BB790D" w:rsidP="00BB790D">
      <w:pPr>
        <w:jc w:val="center"/>
        <w:rPr>
          <w:color w:val="555555"/>
          <w:sz w:val="24"/>
        </w:rPr>
      </w:pPr>
    </w:p>
    <w:p w14:paraId="5031F003" w14:textId="77777777" w:rsidR="00BB790D" w:rsidRDefault="00BB790D" w:rsidP="00BB790D">
      <w:pPr>
        <w:jc w:val="center"/>
        <w:rPr>
          <w:color w:val="555555"/>
          <w:sz w:val="24"/>
        </w:rPr>
      </w:pPr>
    </w:p>
    <w:p w14:paraId="26D187DF" w14:textId="77777777" w:rsidR="00BB790D" w:rsidRDefault="00BB790D" w:rsidP="00BB790D">
      <w:pPr>
        <w:jc w:val="center"/>
        <w:rPr>
          <w:color w:val="555555"/>
          <w:sz w:val="24"/>
        </w:rPr>
      </w:pPr>
    </w:p>
    <w:p w14:paraId="4F563540" w14:textId="77777777" w:rsidR="00BB790D" w:rsidRDefault="00BB790D" w:rsidP="00BB790D">
      <w:pPr>
        <w:jc w:val="center"/>
        <w:rPr>
          <w:color w:val="555555"/>
          <w:sz w:val="24"/>
        </w:rPr>
      </w:pPr>
    </w:p>
    <w:p w14:paraId="3945BDC7" w14:textId="77777777" w:rsidR="00BB790D" w:rsidRDefault="00BB790D" w:rsidP="00BB790D">
      <w:pPr>
        <w:jc w:val="center"/>
        <w:rPr>
          <w:color w:val="555555"/>
          <w:sz w:val="24"/>
        </w:rPr>
      </w:pPr>
    </w:p>
    <w:p w14:paraId="438E59DA" w14:textId="77777777" w:rsidR="00BB790D" w:rsidRDefault="00BB790D" w:rsidP="00BB790D">
      <w:pPr>
        <w:jc w:val="center"/>
        <w:rPr>
          <w:color w:val="555555"/>
          <w:sz w:val="24"/>
        </w:rPr>
      </w:pPr>
    </w:p>
    <w:p w14:paraId="4719E2E0" w14:textId="77777777" w:rsidR="00BB790D" w:rsidRDefault="00BB790D" w:rsidP="00BB790D">
      <w:pPr>
        <w:jc w:val="center"/>
        <w:rPr>
          <w:color w:val="555555"/>
          <w:sz w:val="24"/>
        </w:rPr>
      </w:pPr>
    </w:p>
    <w:p w14:paraId="47218DAE" w14:textId="77777777" w:rsidR="00BB790D" w:rsidRDefault="00BB790D" w:rsidP="00BB790D">
      <w:pPr>
        <w:jc w:val="center"/>
        <w:rPr>
          <w:color w:val="555555"/>
          <w:sz w:val="24"/>
        </w:rPr>
      </w:pPr>
    </w:p>
    <w:p w14:paraId="6D453209" w14:textId="77777777" w:rsidR="00BB790D" w:rsidRDefault="00BB790D" w:rsidP="00BB790D">
      <w:pPr>
        <w:jc w:val="center"/>
      </w:pPr>
      <w:bookmarkStart w:id="0" w:name="_GoBack"/>
      <w:bookmarkEnd w:id="0"/>
      <w:r>
        <w:rPr>
          <w:color w:val="555555"/>
          <w:sz w:val="24"/>
        </w:rPr>
        <w:t xml:space="preserve">Fuente original del </w:t>
      </w:r>
      <w:proofErr w:type="spellStart"/>
      <w:r>
        <w:rPr>
          <w:color w:val="555555"/>
          <w:sz w:val="24"/>
        </w:rPr>
        <w:t>documento</w:t>
      </w:r>
      <w:proofErr w:type="spellEnd"/>
      <w:r>
        <w:rPr>
          <w:color w:val="555555"/>
          <w:sz w:val="24"/>
        </w:rPr>
        <w:t>:</w:t>
      </w:r>
    </w:p>
    <w:p w14:paraId="129D7DB5" w14:textId="77777777" w:rsidR="00BB790D" w:rsidRDefault="00BB790D" w:rsidP="00BB790D">
      <w:pPr>
        <w:jc w:val="center"/>
      </w:pPr>
      <w:hyperlink r:id="rId6">
        <w:r>
          <w:rPr>
            <w:color w:val="0000FF"/>
            <w:u w:val="single"/>
          </w:rPr>
          <w:t>https://experto-autorizacion.com/autorizacion-de-viaje-para-ninos-en-espana/</w:t>
        </w:r>
      </w:hyperlink>
    </w:p>
    <w:p w14:paraId="3EEC34BD" w14:textId="77777777" w:rsidR="00754C5E" w:rsidRDefault="00754C5E">
      <w:pPr>
        <w:jc w:val="center"/>
      </w:pPr>
    </w:p>
    <w:sectPr w:rsidR="00754C5E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54C5E"/>
    <w:rsid w:val="00A93915"/>
    <w:rsid w:val="00AA1D8D"/>
    <w:rsid w:val="00B47730"/>
    <w:rsid w:val="00BB790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40B922"/>
  <w14:defaultImageDpi w14:val="300"/>
  <w15:docId w15:val="{DA075D73-696D-4023-BD5B-142F7EC5C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xperto-autorizacion.com/autorizacion-de-viaje-para-ninos-en-espana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7073A2-A8CB-40B5-8233-3F233AC8E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2112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RUTH GARCÍA CASTELL</cp:lastModifiedBy>
  <cp:revision>2</cp:revision>
  <dcterms:created xsi:type="dcterms:W3CDTF">2025-10-29T15:50:00Z</dcterms:created>
  <dcterms:modified xsi:type="dcterms:W3CDTF">2025-10-29T15:50:00Z</dcterms:modified>
  <cp:category/>
</cp:coreProperties>
</file>